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7B06B" w14:textId="77777777" w:rsidR="00D52D6C" w:rsidRDefault="00D52D6C"/>
    <w:p w14:paraId="2057DEC7" w14:textId="77777777" w:rsidR="00D52D6C" w:rsidRDefault="00D52D6C"/>
    <w:p w14:paraId="660A2CF7" w14:textId="77777777" w:rsidR="00D52D6C" w:rsidRDefault="00D52D6C"/>
    <w:p w14:paraId="2F6BF42C" w14:textId="77777777" w:rsidR="00D52D6C" w:rsidRDefault="00D52D6C"/>
    <w:p w14:paraId="5B82F9CD" w14:textId="77777777" w:rsidR="00D52D6C" w:rsidRDefault="00D52D6C"/>
    <w:p w14:paraId="4AB601B1" w14:textId="77777777" w:rsidR="00D52D6C" w:rsidRDefault="00D52D6C"/>
    <w:p w14:paraId="436BC36F" w14:textId="3DF39ED2" w:rsidR="00D52D6C" w:rsidRDefault="00000000">
      <w:pPr>
        <w:jc w:val="center"/>
      </w:pPr>
      <w:r>
        <w:rPr>
          <w:b/>
          <w:color w:val="042C25"/>
          <w:sz w:val="68"/>
        </w:rPr>
        <w:t>ZenexCloud WordPress</w:t>
      </w:r>
      <w:r w:rsidR="001955BC">
        <w:rPr>
          <w:b/>
          <w:color w:val="042C25"/>
          <w:sz w:val="68"/>
        </w:rPr>
        <w:t xml:space="preserve"> SaaS</w:t>
      </w:r>
    </w:p>
    <w:p w14:paraId="183554E4" w14:textId="77777777" w:rsidR="00D52D6C" w:rsidRDefault="00000000">
      <w:pPr>
        <w:jc w:val="center"/>
      </w:pPr>
      <w:r>
        <w:rPr>
          <w:color w:val="3E9E2F"/>
          <w:sz w:val="40"/>
        </w:rPr>
        <w:t>Client Portal — User Manual</w:t>
      </w:r>
    </w:p>
    <w:p w14:paraId="510660F4" w14:textId="77777777" w:rsidR="00D52D6C" w:rsidRDefault="00D52D6C"/>
    <w:p w14:paraId="7CC25E55" w14:textId="77777777" w:rsidR="00D52D6C" w:rsidRDefault="00000000">
      <w:pPr>
        <w:jc w:val="center"/>
      </w:pPr>
      <w:r>
        <w:rPr>
          <w:color w:val="666666"/>
          <w:sz w:val="24"/>
        </w:rPr>
        <w:t>August 01, 2026</w:t>
      </w:r>
    </w:p>
    <w:p w14:paraId="47A9E015" w14:textId="77777777" w:rsidR="00D52D6C" w:rsidRDefault="00000000">
      <w:r>
        <w:br w:type="page"/>
      </w:r>
    </w:p>
    <w:p w14:paraId="5B06738C" w14:textId="77777777" w:rsidR="00D52D6C" w:rsidRDefault="00000000">
      <w:pPr>
        <w:pStyle w:val="Heading1"/>
      </w:pPr>
      <w:r>
        <w:lastRenderedPageBreak/>
        <w:t>Contents</w:t>
      </w:r>
    </w:p>
    <w:p w14:paraId="218BAD9C" w14:textId="77777777" w:rsidR="00D52D6C" w:rsidRDefault="00000000">
      <w:r>
        <w:t>1. Getting Started</w:t>
      </w:r>
    </w:p>
    <w:p w14:paraId="068FF4CB" w14:textId="77777777" w:rsidR="00D52D6C" w:rsidRDefault="00000000">
      <w:r>
        <w:t>2. Signing In</w:t>
      </w:r>
    </w:p>
    <w:p w14:paraId="5BAECF49" w14:textId="77777777" w:rsidR="00D52D6C" w:rsidRDefault="00000000">
      <w:r>
        <w:t>3. The Dashboard Layout</w:t>
      </w:r>
    </w:p>
    <w:p w14:paraId="5C52FE8E" w14:textId="77777777" w:rsidR="00D52D6C" w:rsidRDefault="00000000">
      <w:r>
        <w:t>4. Overview</w:t>
      </w:r>
    </w:p>
    <w:p w14:paraId="76FC8205" w14:textId="77777777" w:rsidR="00D52D6C" w:rsidRDefault="00000000">
      <w:r>
        <w:t>5. App Service</w:t>
      </w:r>
    </w:p>
    <w:p w14:paraId="5015045C" w14:textId="77777777" w:rsidR="00D52D6C" w:rsidRDefault="00000000">
      <w:r>
        <w:t>6. Domains</w:t>
      </w:r>
    </w:p>
    <w:p w14:paraId="515511B7" w14:textId="77777777" w:rsidR="00D52D6C" w:rsidRDefault="00000000">
      <w:r>
        <w:t>7. SSL</w:t>
      </w:r>
    </w:p>
    <w:p w14:paraId="47958095" w14:textId="77777777" w:rsidR="00D52D6C" w:rsidRDefault="00000000">
      <w:r>
        <w:t>8. Web Server</w:t>
      </w:r>
    </w:p>
    <w:p w14:paraId="4D72AB92" w14:textId="77777777" w:rsidR="00D52D6C" w:rsidRDefault="00000000">
      <w:r>
        <w:t>9. Database</w:t>
      </w:r>
    </w:p>
    <w:p w14:paraId="432CD8E7" w14:textId="77777777" w:rsidR="00D52D6C" w:rsidRDefault="00000000">
      <w:r>
        <w:t>10. Environment (wp-config.php &amp; PHP Settings)</w:t>
      </w:r>
    </w:p>
    <w:p w14:paraId="2A8A0018" w14:textId="77777777" w:rsidR="00D52D6C" w:rsidRDefault="00000000">
      <w:r>
        <w:t>11. Deployment (Staging)</w:t>
      </w:r>
    </w:p>
    <w:p w14:paraId="0B325AF5" w14:textId="77777777" w:rsidR="00D52D6C" w:rsidRDefault="00000000">
      <w:r>
        <w:t>12. Email</w:t>
      </w:r>
    </w:p>
    <w:p w14:paraId="25D8325C" w14:textId="77777777" w:rsidR="00D52D6C" w:rsidRDefault="00000000">
      <w:r>
        <w:t>13. Backups</w:t>
      </w:r>
    </w:p>
    <w:p w14:paraId="7210C697" w14:textId="77777777" w:rsidR="00D52D6C" w:rsidRDefault="00000000">
      <w:r>
        <w:t>14. Snapshots</w:t>
      </w:r>
    </w:p>
    <w:p w14:paraId="089F8087" w14:textId="77777777" w:rsidR="00D52D6C" w:rsidRDefault="00000000">
      <w:r>
        <w:t>15. Terminal</w:t>
      </w:r>
    </w:p>
    <w:p w14:paraId="6A125D48" w14:textId="77777777" w:rsidR="00D52D6C" w:rsidRDefault="00000000">
      <w:r>
        <w:t>16. File Manager</w:t>
      </w:r>
    </w:p>
    <w:p w14:paraId="5D9193BB" w14:textId="77777777" w:rsidR="00D52D6C" w:rsidRDefault="00000000">
      <w:r>
        <w:t>17. Metrics</w:t>
      </w:r>
    </w:p>
    <w:p w14:paraId="34DD6173" w14:textId="77777777" w:rsidR="00D52D6C" w:rsidRDefault="00000000">
      <w:r>
        <w:t>18. Logs</w:t>
      </w:r>
    </w:p>
    <w:p w14:paraId="2BF03D90" w14:textId="77777777" w:rsidR="00D52D6C" w:rsidRDefault="00000000">
      <w:r>
        <w:t>19. Notifications</w:t>
      </w:r>
    </w:p>
    <w:p w14:paraId="3A768D69" w14:textId="77777777" w:rsidR="00D52D6C" w:rsidRDefault="00000000">
      <w:r>
        <w:t>20. Users (Team Members)</w:t>
      </w:r>
    </w:p>
    <w:p w14:paraId="711BD5A6" w14:textId="77777777" w:rsidR="00D52D6C" w:rsidRDefault="00000000">
      <w:r>
        <w:t>21. Audit Logs</w:t>
      </w:r>
    </w:p>
    <w:p w14:paraId="53E03FB5" w14:textId="77777777" w:rsidR="00D52D6C" w:rsidRDefault="00000000">
      <w:r>
        <w:t>22. Frequently Asked Questions</w:t>
      </w:r>
    </w:p>
    <w:p w14:paraId="5CF8ED13" w14:textId="77777777" w:rsidR="00D52D6C" w:rsidRDefault="00000000">
      <w:r>
        <w:t>23. Getting Help</w:t>
      </w:r>
    </w:p>
    <w:p w14:paraId="54ABE870" w14:textId="77777777" w:rsidR="00D52D6C" w:rsidRDefault="00000000">
      <w:r>
        <w:br w:type="page"/>
      </w:r>
    </w:p>
    <w:p w14:paraId="6200F829" w14:textId="77777777" w:rsidR="00D52D6C" w:rsidRDefault="00000000">
      <w:pPr>
        <w:pStyle w:val="Heading1"/>
      </w:pPr>
      <w:r>
        <w:lastRenderedPageBreak/>
        <w:t>1. Getting Started</w:t>
      </w:r>
    </w:p>
    <w:p w14:paraId="5A3D372D" w14:textId="77777777" w:rsidR="00D52D6C" w:rsidRDefault="00000000">
      <w:r>
        <w:t>This manual explains how to use the Client Portal — the control panel for your managed WordPress hosting on ZenexCloud. From here you can manage your WordPress site, domains, SSL certificates, backups, staging environment, and more, without needing to touch a server directly.</w:t>
      </w:r>
    </w:p>
    <w:p w14:paraId="797AA3F8" w14:textId="77777777" w:rsidR="00D52D6C" w:rsidRDefault="00000000">
      <w:r>
        <w:t>Every hosting account gets its own private, isolated server. Nothing on this server is shared with any other customer, and every action you take here applies only to your own site.</w:t>
      </w:r>
    </w:p>
    <w:p w14:paraId="70F14D23" w14:textId="77777777" w:rsidR="00D52D6C" w:rsidRDefault="00000000">
      <w:r>
        <w:br w:type="page"/>
      </w:r>
    </w:p>
    <w:p w14:paraId="74293538" w14:textId="77777777" w:rsidR="00D52D6C" w:rsidRDefault="00000000">
      <w:pPr>
        <w:pStyle w:val="Heading1"/>
      </w:pPr>
      <w:r>
        <w:lastRenderedPageBreak/>
        <w:t>2. Signing In</w:t>
      </w:r>
    </w:p>
    <w:p w14:paraId="6BEB88C5" w14:textId="77777777" w:rsidR="00D52D6C" w:rsidRDefault="00000000">
      <w:r>
        <w:t>There are three ways to sign in to the Client Portal, depending on your role:</w:t>
      </w:r>
    </w:p>
    <w:p w14:paraId="45EAEF44" w14:textId="77777777" w:rsidR="00D52D6C" w:rsidRDefault="00000000">
      <w:pPr>
        <w:pStyle w:val="Heading3"/>
      </w:pPr>
      <w:r>
        <w:t>A. One-click link from your billing dashboard</w:t>
      </w:r>
    </w:p>
    <w:p w14:paraId="60E9EDBA" w14:textId="77777777" w:rsidR="00D52D6C" w:rsidRDefault="00000000">
      <w:r>
        <w:t>If you access the Client Portal through a “Log in to Panel” / “Go to Panel” button in your hosting provider's billing area, you're signed in automatically — no password needed. This is the normal way for the account owner to get in.</w:t>
      </w:r>
    </w:p>
    <w:p w14:paraId="0951D33D" w14:textId="77777777" w:rsidR="00D52D6C" w:rsidRDefault="00000000">
      <w:r>
        <w:rPr>
          <w:i/>
          <w:color w:val="555555"/>
        </w:rPr>
        <w:t>Note: If this link is old or has already been used, you'll see a friendly “link expired” screen with an option to sign in with email and password instead, rather than a bare error.</w:t>
      </w:r>
    </w:p>
    <w:p w14:paraId="23217665" w14:textId="77777777" w:rsidR="00D52D6C" w:rsidRDefault="00000000">
      <w:pPr>
        <w:pStyle w:val="Heading3"/>
      </w:pPr>
      <w:r>
        <w:t>B. Direct email and password</w:t>
      </w:r>
    </w:p>
    <w:p w14:paraId="55C7D31D" w14:textId="77777777" w:rsidR="00D52D6C" w:rsidRDefault="00000000">
      <w:r>
        <w:t>If your hosting provider has enabled this for your account, you can sign in directly at the portal's login page using your account email and a password they've given you. This isn't turned on automatically — ask your provider if you'd like this enabled.</w:t>
      </w:r>
    </w:p>
    <w:p w14:paraId="6DFAD1E1" w14:textId="77777777" w:rsidR="00D52D6C" w:rsidRDefault="00000000">
      <w:pPr>
        <w:pStyle w:val="Heading3"/>
      </w:pPr>
      <w:r>
        <w:t>C. Invited team members</w:t>
      </w:r>
    </w:p>
    <w:p w14:paraId="4A52967B" w14:textId="77777777" w:rsidR="00D52D6C" w:rsidRDefault="00000000">
      <w:r>
        <w:t>If the account owner has invited you as a Developer or Support team member, you'll receive an email invitation. Accepting it lets you set your own password, which you then use to sign in directly.</w:t>
      </w:r>
    </w:p>
    <w:p w14:paraId="5D63BC55" w14:textId="77777777" w:rsidR="00D52D6C" w:rsidRDefault="00000000">
      <w:r>
        <w:br w:type="page"/>
      </w:r>
    </w:p>
    <w:p w14:paraId="563CE5F0" w14:textId="77777777" w:rsidR="00D52D6C" w:rsidRDefault="00000000">
      <w:pPr>
        <w:pStyle w:val="Heading1"/>
      </w:pPr>
      <w:r>
        <w:lastRenderedPageBreak/>
        <w:t>3. The Dashboard Layout</w:t>
      </w:r>
    </w:p>
    <w:p w14:paraId="794E18F4" w14:textId="77777777" w:rsidR="00D52D6C" w:rsidRDefault="00000000">
      <w:r>
        <w:t>The left-hand sidebar is organized into four groups:</w:t>
      </w:r>
    </w:p>
    <w:p w14:paraId="442030A4" w14:textId="77777777" w:rsidR="00D52D6C" w:rsidRDefault="00000000">
      <w:pPr>
        <w:pStyle w:val="ListBullet"/>
      </w:pPr>
      <w:r>
        <w:t>Overview — your site's landing dashboard (no group heading).</w:t>
      </w:r>
    </w:p>
    <w:p w14:paraId="21F6E1EA" w14:textId="77777777" w:rsidR="00D52D6C" w:rsidRDefault="00000000">
      <w:pPr>
        <w:pStyle w:val="ListBullet"/>
      </w:pPr>
      <w:r>
        <w:t>Site — App Service, Domains, SSL, Web Server, Database, Environment, Deployment, Email.</w:t>
      </w:r>
    </w:p>
    <w:p w14:paraId="17459BC9" w14:textId="77777777" w:rsidR="00D52D6C" w:rsidRDefault="00000000">
      <w:pPr>
        <w:pStyle w:val="ListBullet"/>
      </w:pPr>
      <w:r>
        <w:t>Operations — Backups, Snapshots, Terminal, File Manager, Metrics, Logs.</w:t>
      </w:r>
    </w:p>
    <w:p w14:paraId="64763653" w14:textId="77777777" w:rsidR="00D52D6C" w:rsidRDefault="00000000">
      <w:pPr>
        <w:pStyle w:val="ListBullet"/>
      </w:pPr>
      <w:r>
        <w:t>Account — Notifications, Audit Logs, Users.</w:t>
      </w:r>
    </w:p>
    <w:p w14:paraId="260EF2DC" w14:textId="77777777" w:rsidR="00D52D6C" w:rsidRDefault="00D52D6C"/>
    <w:p w14:paraId="26879A32" w14:textId="77777777" w:rsidR="00D52D6C" w:rsidRDefault="00000000">
      <w:r>
        <w:t>If you have more than one hosting account, a site switcher appears at the top of the sidebar, letting you jump between your sites instantly without signing in again. This switcher isn't shown to invited team members, or to owners with only a single site.</w:t>
      </w:r>
    </w:p>
    <w:p w14:paraId="3B333373" w14:textId="77777777" w:rsidR="00D52D6C" w:rsidRDefault="00000000">
      <w:r>
        <w:br w:type="page"/>
      </w:r>
    </w:p>
    <w:p w14:paraId="3649A0F7" w14:textId="77777777" w:rsidR="00D52D6C" w:rsidRDefault="00000000">
      <w:pPr>
        <w:pStyle w:val="Heading1"/>
      </w:pPr>
      <w:r>
        <w:lastRenderedPageBreak/>
        <w:t>4. Overview</w:t>
      </w:r>
    </w:p>
    <w:p w14:paraId="41B0E392" w14:textId="77777777" w:rsidR="00D52D6C" w:rsidRDefault="00000000">
      <w:r>
        <w:t>This is the first page you see after signing in — a snapshot of your site's health and configuration.</w:t>
      </w:r>
    </w:p>
    <w:p w14:paraId="3A172896" w14:textId="77777777" w:rsidR="00D52D6C" w:rsidRDefault="00000000">
      <w:r>
        <w:t>What you'll see:</w:t>
      </w:r>
    </w:p>
    <w:p w14:paraId="257CE673" w14:textId="77777777" w:rsidR="00D52D6C" w:rsidRDefault="00000000">
      <w:pPr>
        <w:pStyle w:val="ListBullet"/>
      </w:pPr>
      <w:r>
        <w:t>Current status, and the server region — or live progress if a region migration is running.</w:t>
      </w:r>
    </w:p>
    <w:p w14:paraId="43A18918" w14:textId="77777777" w:rsidR="00D52D6C" w:rsidRDefault="00000000">
      <w:pPr>
        <w:pStyle w:val="ListBullet"/>
      </w:pPr>
      <w:r>
        <w:t>Your plan (tier, vCPU, RAM).</w:t>
      </w:r>
    </w:p>
    <w:p w14:paraId="271523DA" w14:textId="77777777" w:rsidR="00D52D6C" w:rsidRDefault="00000000">
      <w:pPr>
        <w:pStyle w:val="ListBullet"/>
      </w:pPr>
      <w:r>
        <w:t>Your server's IP address.</w:t>
      </w:r>
    </w:p>
    <w:p w14:paraId="710D3CA2" w14:textId="77777777" w:rsidR="00D52D6C" w:rsidRDefault="00000000">
      <w:pPr>
        <w:pStyle w:val="ListBullet"/>
      </w:pPr>
      <w:r>
        <w:t>WordPress and PHP version currently running.</w:t>
      </w:r>
    </w:p>
    <w:p w14:paraId="23DBF5E9" w14:textId="77777777" w:rsidR="00D52D6C" w:rsidRDefault="00000000">
      <w:pPr>
        <w:pStyle w:val="ListBullet"/>
      </w:pPr>
      <w:r>
        <w:t>Whether Daily Backups and DDoS Protection are turned on.</w:t>
      </w:r>
    </w:p>
    <w:p w14:paraId="4875A437" w14:textId="77777777" w:rsidR="00D52D6C" w:rsidRDefault="00000000">
      <w:pPr>
        <w:pStyle w:val="ListBullet"/>
      </w:pPr>
      <w:r>
        <w:t>Staging status (see Deployment).</w:t>
      </w:r>
    </w:p>
    <w:p w14:paraId="6429B123" w14:textId="77777777" w:rsidR="00D52D6C" w:rsidRDefault="00000000">
      <w:pPr>
        <w:pStyle w:val="ListBullet"/>
      </w:pPr>
      <w:r>
        <w:t>Your platform address, any custom domain, and staging address, each with live SSL status.</w:t>
      </w:r>
    </w:p>
    <w:p w14:paraId="2E7D7FC8" w14:textId="77777777" w:rsidR="00D52D6C" w:rsidRDefault="00000000">
      <w:pPr>
        <w:pStyle w:val="ListBullet"/>
      </w:pPr>
      <w:r>
        <w:t>Live disk, memory, and bandwidth usage.</w:t>
      </w:r>
    </w:p>
    <w:p w14:paraId="1F9BDCFF" w14:textId="77777777" w:rsidR="00D52D6C" w:rsidRDefault="00000000">
      <w:pPr>
        <w:pStyle w:val="ListBullet"/>
      </w:pPr>
      <w:r>
        <w:t>The time of your most recent backup.</w:t>
      </w:r>
    </w:p>
    <w:p w14:paraId="3979E519" w14:textId="77777777" w:rsidR="00D52D6C" w:rsidRDefault="00000000">
      <w:pPr>
        <w:pStyle w:val="ListBullet"/>
      </w:pPr>
      <w:r>
        <w:t>A recent activity feed.</w:t>
      </w:r>
    </w:p>
    <w:p w14:paraId="1456CE58" w14:textId="77777777" w:rsidR="00D52D6C" w:rsidRDefault="00000000">
      <w:r>
        <w:t xml:space="preserve">Two quick-action buttons are always available here: </w:t>
      </w:r>
    </w:p>
    <w:p w14:paraId="6136CCC6" w14:textId="77777777" w:rsidR="00D52D6C" w:rsidRDefault="00000000">
      <w:pPr>
        <w:pStyle w:val="ListBullet"/>
      </w:pPr>
      <w:r>
        <w:rPr>
          <w:b/>
        </w:rPr>
        <w:t xml:space="preserve">Browse — </w:t>
      </w:r>
      <w:r>
        <w:t>Browse — opens your live site in a new tab.</w:t>
      </w:r>
    </w:p>
    <w:p w14:paraId="0E5ABAB9" w14:textId="77777777" w:rsidR="00D52D6C" w:rsidRDefault="00000000">
      <w:pPr>
        <w:pStyle w:val="ListBullet"/>
      </w:pPr>
      <w:r>
        <w:rPr>
          <w:b/>
        </w:rPr>
        <w:t xml:space="preserve">Log in to WordPress — </w:t>
      </w:r>
      <w:r>
        <w:t>Log in to WordPress — signs you into wp-admin instantly, with no password to type.</w:t>
      </w:r>
    </w:p>
    <w:p w14:paraId="49BA092C" w14:textId="77777777" w:rsidR="00D52D6C" w:rsidRDefault="00000000">
      <w:r>
        <w:br w:type="page"/>
      </w:r>
    </w:p>
    <w:p w14:paraId="00FEBF25" w14:textId="77777777" w:rsidR="00D52D6C" w:rsidRDefault="00000000">
      <w:pPr>
        <w:pStyle w:val="Heading1"/>
      </w:pPr>
      <w:r>
        <w:lastRenderedPageBreak/>
        <w:t>5. App Service</w:t>
      </w:r>
    </w:p>
    <w:p w14:paraId="47F79FF8" w14:textId="77777777" w:rsidR="00D52D6C" w:rsidRDefault="00000000">
      <w:r>
        <w:t>This page is for day-to-day WordPress management — no technical/server knowledge needed.</w:t>
      </w:r>
    </w:p>
    <w:p w14:paraId="01C0C969" w14:textId="77777777" w:rsidR="00D52D6C" w:rsidRDefault="00000000">
      <w:pPr>
        <w:pStyle w:val="Heading3"/>
      </w:pPr>
      <w:r>
        <w:t>WordPress admin access</w:t>
      </w:r>
    </w:p>
    <w:p w14:paraId="5BFB77B1" w14:textId="77777777" w:rsidR="00D52D6C" w:rsidRDefault="00000000">
      <w:pPr>
        <w:pStyle w:val="ListBullet"/>
      </w:pPr>
      <w:r>
        <w:t>Your current admin username and password are shown, with icons to copy or reveal the password.</w:t>
      </w:r>
    </w:p>
    <w:p w14:paraId="592BA422" w14:textId="77777777" w:rsidR="00D52D6C" w:rsidRDefault="00000000">
      <w:pPr>
        <w:pStyle w:val="ListBullet"/>
      </w:pPr>
      <w:r>
        <w:t>A Change password form lets you set a new WordPress admin password at any time.</w:t>
      </w:r>
    </w:p>
    <w:p w14:paraId="7A448D3B" w14:textId="77777777" w:rsidR="00D52D6C" w:rsidRDefault="00000000">
      <w:pPr>
        <w:pStyle w:val="ListBullet"/>
      </w:pPr>
      <w:r>
        <w:t>A one-click Log in to wp-admin button signs you straight into your WordPress dashboard.</w:t>
      </w:r>
    </w:p>
    <w:p w14:paraId="32EB0B51" w14:textId="77777777" w:rsidR="00D52D6C" w:rsidRDefault="00000000">
      <w:pPr>
        <w:pStyle w:val="Heading3"/>
      </w:pPr>
      <w:r>
        <w:t>Quick actions</w:t>
      </w:r>
    </w:p>
    <w:p w14:paraId="7E1DF811" w14:textId="77777777" w:rsidR="00D52D6C" w:rsidRDefault="00000000">
      <w:pPr>
        <w:pStyle w:val="ListBullet"/>
      </w:pPr>
      <w:r>
        <w:t>Check WordPress version</w:t>
      </w:r>
    </w:p>
    <w:p w14:paraId="5EC2959E" w14:textId="77777777" w:rsidR="00D52D6C" w:rsidRDefault="00000000">
      <w:pPr>
        <w:pStyle w:val="ListBullet"/>
      </w:pPr>
      <w:r>
        <w:t>List plugins</w:t>
      </w:r>
    </w:p>
    <w:p w14:paraId="69F2A889" w14:textId="77777777" w:rsidR="00D52D6C" w:rsidRDefault="00000000">
      <w:pPr>
        <w:pStyle w:val="ListBullet"/>
      </w:pPr>
      <w:r>
        <w:t>Update all plugins</w:t>
      </w:r>
    </w:p>
    <w:p w14:paraId="1D387D51" w14:textId="77777777" w:rsidR="00D52D6C" w:rsidRDefault="00000000">
      <w:pPr>
        <w:pStyle w:val="ListBullet"/>
      </w:pPr>
      <w:r>
        <w:t>List themes</w:t>
      </w:r>
    </w:p>
    <w:p w14:paraId="1B2C5555" w14:textId="77777777" w:rsidR="00D52D6C" w:rsidRDefault="00000000">
      <w:pPr>
        <w:pStyle w:val="ListBullet"/>
      </w:pPr>
      <w:r>
        <w:t>Flush cache</w:t>
      </w:r>
    </w:p>
    <w:p w14:paraId="0ED26D9B" w14:textId="77777777" w:rsidR="00D52D6C" w:rsidRDefault="00000000">
      <w:pPr>
        <w:pStyle w:val="Heading3"/>
      </w:pPr>
      <w:r>
        <w:t>Production / Staging toggle</w:t>
      </w:r>
    </w:p>
    <w:p w14:paraId="39C390FA" w14:textId="77777777" w:rsidR="00D52D6C" w:rsidRDefault="00000000">
      <w:r>
        <w:t>If your plan includes staging, a toggle at the top of this page switches which site (production or staging) every action on this page applies to. Staging keeps its own, completely separate admin password from production by design.</w:t>
      </w:r>
    </w:p>
    <w:p w14:paraId="1E9D8D1B" w14:textId="77777777" w:rsidR="00D52D6C" w:rsidRDefault="00000000">
      <w:r>
        <w:br w:type="page"/>
      </w:r>
    </w:p>
    <w:p w14:paraId="1D3B06D3" w14:textId="77777777" w:rsidR="00D52D6C" w:rsidRDefault="00000000">
      <w:pPr>
        <w:pStyle w:val="Heading1"/>
      </w:pPr>
      <w:r>
        <w:lastRenderedPageBreak/>
        <w:t>6. Domains</w:t>
      </w:r>
    </w:p>
    <w:p w14:paraId="7C818119" w14:textId="77777777" w:rsidR="00D52D6C" w:rsidRDefault="00000000">
      <w:r>
        <w:t>Every account starts with a free platform subdomain (for example, yoursite.app.zenex.cloud) that can never be removed.</w:t>
      </w:r>
    </w:p>
    <w:p w14:paraId="0F42A1FB" w14:textId="77777777" w:rsidR="00D52D6C" w:rsidRDefault="00000000">
      <w:pPr>
        <w:pStyle w:val="Heading3"/>
      </w:pPr>
      <w:r>
        <w:t>Adding your own domain</w:t>
      </w:r>
    </w:p>
    <w:p w14:paraId="0A4CE471" w14:textId="77777777" w:rsidR="00D52D6C" w:rsidRDefault="00000000">
      <w:r>
        <w:t>Type in the domain you own and follow the on-screen instructions, which show you exactly which A record to point at your server's IP address.</w:t>
      </w:r>
    </w:p>
    <w:p w14:paraId="42E476C0" w14:textId="77777777" w:rsidR="00D52D6C" w:rsidRDefault="00000000">
      <w:r>
        <w:t>A domain's status will move through these stages automatically:</w:t>
      </w:r>
    </w:p>
    <w:p w14:paraId="51AC8A53" w14:textId="77777777" w:rsidR="00D52D6C" w:rsidRDefault="00000000">
      <w:pPr>
        <w:pStyle w:val="ListBullet"/>
      </w:pPr>
      <w:r>
        <w:t>Pending DNS — waiting for your DNS change to take effect.</w:t>
      </w:r>
    </w:p>
    <w:p w14:paraId="6343858A" w14:textId="77777777" w:rsidR="00D52D6C" w:rsidRDefault="00000000">
      <w:pPr>
        <w:pStyle w:val="ListBullet"/>
      </w:pPr>
      <w:r>
        <w:t>Verified — your domain now correctly points at your server.</w:t>
      </w:r>
    </w:p>
    <w:p w14:paraId="3066F4D9" w14:textId="77777777" w:rsidR="00D52D6C" w:rsidRDefault="00000000">
      <w:pPr>
        <w:pStyle w:val="ListBullet"/>
      </w:pPr>
      <w:r>
        <w:t>SSL issued — a real, free HTTPS certificate has been issued for it automatically. No button needed to get to this stage; if something stalls, a Retry SSL button is available.</w:t>
      </w:r>
    </w:p>
    <w:p w14:paraId="78CBEA04" w14:textId="77777777" w:rsidR="00D52D6C" w:rsidRDefault="00000000">
      <w:pPr>
        <w:pStyle w:val="Heading3"/>
      </w:pPr>
      <w:r>
        <w:t>Production vs. Staging</w:t>
      </w:r>
    </w:p>
    <w:p w14:paraId="41DD9CB4" w14:textId="77777777" w:rsidR="00D52D6C" w:rsidRDefault="00000000">
      <w:r>
        <w:t>Every verified custom domain has its own Production / Staging toggle, letting you decide which of your two sites that domain should show. A domain can only point at one of the two at a time.</w:t>
      </w:r>
    </w:p>
    <w:p w14:paraId="6DD18BF7" w14:textId="77777777" w:rsidR="00D52D6C" w:rsidRDefault="00000000">
      <w:r>
        <w:br w:type="page"/>
      </w:r>
    </w:p>
    <w:p w14:paraId="1AF3761F" w14:textId="77777777" w:rsidR="00D52D6C" w:rsidRDefault="00000000">
      <w:pPr>
        <w:pStyle w:val="Heading1"/>
      </w:pPr>
      <w:r>
        <w:lastRenderedPageBreak/>
        <w:t>7. SSL</w:t>
      </w:r>
    </w:p>
    <w:p w14:paraId="0907529D" w14:textId="77777777" w:rsidR="00D52D6C" w:rsidRDefault="00000000">
      <w:r>
        <w:t>A live, real-time certificate checker for every address your site answers to — your platform subdomain, staging, and any custom domains.</w:t>
      </w:r>
    </w:p>
    <w:p w14:paraId="78F91238" w14:textId="77777777" w:rsidR="00D52D6C" w:rsidRDefault="00000000">
      <w:pPr>
        <w:pStyle w:val="ListBullet"/>
      </w:pPr>
      <w:r>
        <w:t>Summary cards show how many certificates are active, expiring soon, or need attention.</w:t>
      </w:r>
    </w:p>
    <w:p w14:paraId="063CEF99" w14:textId="77777777" w:rsidR="00D52D6C" w:rsidRDefault="00000000">
      <w:pPr>
        <w:pStyle w:val="ListBullet"/>
      </w:pPr>
      <w:r>
        <w:t>This checks the real certificate on your server directly — not just whether setup was attempted once — so it reflects reality even if something changed later.</w:t>
      </w:r>
    </w:p>
    <w:p w14:paraId="6AC080CB" w14:textId="77777777" w:rsidR="00D52D6C" w:rsidRDefault="00000000">
      <w:pPr>
        <w:pStyle w:val="ListBullet"/>
      </w:pPr>
      <w:r>
        <w:t>A Fix SSL button re-issues a certificate on demand if one is ever reported as unhealthy.</w:t>
      </w:r>
    </w:p>
    <w:p w14:paraId="7619DF22" w14:textId="77777777" w:rsidR="00D52D6C" w:rsidRDefault="00000000">
      <w:r>
        <w:br w:type="page"/>
      </w:r>
    </w:p>
    <w:p w14:paraId="59921110" w14:textId="77777777" w:rsidR="00D52D6C" w:rsidRDefault="00000000">
      <w:pPr>
        <w:pStyle w:val="Heading1"/>
      </w:pPr>
      <w:r>
        <w:lastRenderedPageBreak/>
        <w:t>8. Web Server</w:t>
      </w:r>
    </w:p>
    <w:p w14:paraId="53A57A70" w14:textId="77777777" w:rsidR="00D52D6C" w:rsidRDefault="00000000">
      <w:r>
        <w:t>A live technical status page for the software running your site.</w:t>
      </w:r>
    </w:p>
    <w:p w14:paraId="0E56FC8C" w14:textId="77777777" w:rsidR="00D52D6C" w:rsidRDefault="00000000">
      <w:pPr>
        <w:pStyle w:val="ListBullet"/>
      </w:pPr>
      <w:r>
        <w:t>Shows whether nginx (the web server) and PHP-FPM (the PHP processor) are running correctly, including worker counts and a configuration test result.</w:t>
      </w:r>
    </w:p>
    <w:p w14:paraId="3A2342E1" w14:textId="77777777" w:rsidR="00D52D6C" w:rsidRDefault="00000000">
      <w:pPr>
        <w:pStyle w:val="ListBullet"/>
      </w:pPr>
      <w:r>
        <w:t>A PHP version switcher lets you change your site's PHP version (8.1 through 8.4) at any time — applies to your whole site (production, staging, and every domain) at once.</w:t>
      </w:r>
    </w:p>
    <w:p w14:paraId="75C9782B" w14:textId="77777777" w:rsidR="00D52D6C" w:rsidRDefault="00000000">
      <w:r>
        <w:rPr>
          <w:i/>
          <w:color w:val="555555"/>
        </w:rPr>
        <w:t>Note: Switching PHP versions can affect plugin/theme compatibility. If your site's developer recommends a specific version, set it here.</w:t>
      </w:r>
    </w:p>
    <w:p w14:paraId="4D13FFEF" w14:textId="77777777" w:rsidR="00D52D6C" w:rsidRDefault="00000000">
      <w:r>
        <w:br w:type="page"/>
      </w:r>
    </w:p>
    <w:p w14:paraId="134E4679" w14:textId="77777777" w:rsidR="00D52D6C" w:rsidRDefault="00000000">
      <w:pPr>
        <w:pStyle w:val="Heading1"/>
      </w:pPr>
      <w:r>
        <w:lastRenderedPageBreak/>
        <w:t>9. Database</w:t>
      </w:r>
    </w:p>
    <w:p w14:paraId="3CF250D8" w14:textId="77777777" w:rsidR="00D52D6C" w:rsidRDefault="00000000">
      <w:r>
        <w:t>Everything related to your WordPress database.</w:t>
      </w:r>
    </w:p>
    <w:p w14:paraId="371453D9" w14:textId="77777777" w:rsidR="00D52D6C" w:rsidRDefault="00000000">
      <w:pPr>
        <w:pStyle w:val="Heading3"/>
      </w:pPr>
      <w:r>
        <w:t>Connection details</w:t>
      </w:r>
    </w:p>
    <w:p w14:paraId="21E17C75" w14:textId="77777777" w:rsidR="00D52D6C" w:rsidRDefault="00000000">
      <w:r>
        <w:t>Your database host, name, username, and password are shown here for connecting external tools if needed, plus a one-click Open in phpMyAdmin button for a full visual database browser.</w:t>
      </w:r>
    </w:p>
    <w:p w14:paraId="62705910" w14:textId="77777777" w:rsidR="00D52D6C" w:rsidRDefault="00000000">
      <w:pPr>
        <w:pStyle w:val="Heading3"/>
      </w:pPr>
      <w:r>
        <w:t>Quick actions</w:t>
      </w:r>
    </w:p>
    <w:p w14:paraId="0B159C5F" w14:textId="77777777" w:rsidR="00D52D6C" w:rsidRDefault="00000000">
      <w:pPr>
        <w:pStyle w:val="ListBullet"/>
      </w:pPr>
      <w:r>
        <w:t>Check database size</w:t>
      </w:r>
    </w:p>
    <w:p w14:paraId="571CAF05" w14:textId="77777777" w:rsidR="00D52D6C" w:rsidRDefault="00000000">
      <w:pPr>
        <w:pStyle w:val="ListBullet"/>
      </w:pPr>
      <w:r>
        <w:t>List tables</w:t>
      </w:r>
    </w:p>
    <w:p w14:paraId="027329BD" w14:textId="77777777" w:rsidR="00D52D6C" w:rsidRDefault="00000000">
      <w:pPr>
        <w:pStyle w:val="ListBullet"/>
      </w:pPr>
      <w:r>
        <w:t>Optimize tables</w:t>
      </w:r>
    </w:p>
    <w:p w14:paraId="1714DFC0" w14:textId="77777777" w:rsidR="00D52D6C" w:rsidRDefault="00000000">
      <w:pPr>
        <w:pStyle w:val="ListBullet"/>
      </w:pPr>
      <w:r>
        <w:t>Repair tables</w:t>
      </w:r>
    </w:p>
    <w:p w14:paraId="16D8830D" w14:textId="77777777" w:rsidR="00D52D6C" w:rsidRDefault="00000000">
      <w:pPr>
        <w:pStyle w:val="Heading3"/>
      </w:pPr>
      <w:r>
        <w:t>Run a query</w:t>
      </w:r>
    </w:p>
    <w:p w14:paraId="0B2839FB" w14:textId="77777777" w:rsidR="00D52D6C" w:rsidRDefault="00000000">
      <w:r>
        <w:t>A SQL query box lets you run raw SQL directly against your database.</w:t>
      </w:r>
    </w:p>
    <w:p w14:paraId="214504C3" w14:textId="77777777" w:rsidR="00D52D6C" w:rsidRDefault="00000000">
      <w:r>
        <w:rPr>
          <w:i/>
          <w:color w:val="555555"/>
        </w:rPr>
        <w:t>Note: There is no undo for a query you run here. If you're not sure what a query does, don't run it, or ask your developer first.</w:t>
      </w:r>
    </w:p>
    <w:p w14:paraId="6FD4779E" w14:textId="77777777" w:rsidR="00D52D6C" w:rsidRDefault="00000000">
      <w:pPr>
        <w:pStyle w:val="Heading3"/>
      </w:pPr>
      <w:r>
        <w:t>Danger zone — Reinstall WordPress</w:t>
      </w:r>
    </w:p>
    <w:p w14:paraId="44FDCCE1" w14:textId="77777777" w:rsidR="00D52D6C" w:rsidRDefault="00000000">
      <w:r>
        <w:t>This wipes your site (that environment — production or staging) back to a completely fresh WordPress install. It requires typing your exact domain name to confirm and setting a new admin password, specifically to prevent this from ever happening by accident.</w:t>
      </w:r>
    </w:p>
    <w:p w14:paraId="57A99D8B" w14:textId="77777777" w:rsidR="00D52D6C" w:rsidRDefault="00000000">
      <w:r>
        <w:br w:type="page"/>
      </w:r>
    </w:p>
    <w:p w14:paraId="210DB41E" w14:textId="77777777" w:rsidR="00D52D6C" w:rsidRDefault="00000000">
      <w:pPr>
        <w:pStyle w:val="Heading1"/>
      </w:pPr>
      <w:r>
        <w:lastRenderedPageBreak/>
        <w:t>10. Environment (wp-config.php &amp; PHP Settings)</w:t>
      </w:r>
    </w:p>
    <w:p w14:paraId="25C3957A" w14:textId="77777777" w:rsidR="00D52D6C" w:rsidRDefault="00000000">
      <w:pPr>
        <w:pStyle w:val="Heading3"/>
      </w:pPr>
      <w:r>
        <w:t>wp-config.php constants and variables</w:t>
      </w:r>
    </w:p>
    <w:p w14:paraId="5B4A3419" w14:textId="77777777" w:rsidR="00D52D6C" w:rsidRDefault="00000000">
      <w:r>
        <w:t>Add, edit, or view the constants and variables defined in your site's wp-config.php file — useful for plugins that require a specific constant to be set. Database credentials and secret keys are shown here for reference but are read-only (manage those from the Database page instead). A Production / Staging toggle applies to this whole page.</w:t>
      </w:r>
    </w:p>
    <w:p w14:paraId="48BD8790" w14:textId="77777777" w:rsidR="00D52D6C" w:rsidRDefault="00000000">
      <w:pPr>
        <w:pStyle w:val="Heading3"/>
      </w:pPr>
      <w:r>
        <w:t>PHP Settings</w:t>
      </w:r>
    </w:p>
    <w:p w14:paraId="2A06690B" w14:textId="77777777" w:rsidR="00D52D6C" w:rsidRDefault="00000000">
      <w:r>
        <w:t>This section lets you adjust a fixed set of PHP server limits yourself — useful when a theme or plugin import fails with a timeout or “file too large” error. Changes apply automatically within a few minutes; there's no need to restart anything.</w:t>
      </w:r>
    </w:p>
    <w:p w14:paraId="52F89AA5" w14:textId="77777777" w:rsidR="00D52D6C" w:rsidRDefault="00000000">
      <w:r>
        <w:t>Editable settings:</w:t>
      </w:r>
    </w:p>
    <w:p w14:paraId="26518901" w14:textId="77777777" w:rsidR="00D52D6C" w:rsidRDefault="00000000">
      <w:pPr>
        <w:pStyle w:val="ListBullet"/>
      </w:pPr>
      <w:r>
        <w:t>max_execution_time (seconds) — how long a single PHP request is allowed to run.</w:t>
      </w:r>
    </w:p>
    <w:p w14:paraId="2101B5C5" w14:textId="77777777" w:rsidR="00D52D6C" w:rsidRDefault="00000000">
      <w:pPr>
        <w:pStyle w:val="ListBullet"/>
      </w:pPr>
      <w:r>
        <w:t>max_input_time (seconds) — how long PHP is allowed to spend receiving form/upload data.</w:t>
      </w:r>
    </w:p>
    <w:p w14:paraId="59A70834" w14:textId="77777777" w:rsidR="00D52D6C" w:rsidRDefault="00000000">
      <w:pPr>
        <w:pStyle w:val="ListBullet"/>
      </w:pPr>
      <w:r>
        <w:t>max_input_vars — the maximum number of form fields a single request can contain.</w:t>
      </w:r>
    </w:p>
    <w:p w14:paraId="77F29139" w14:textId="77777777" w:rsidR="00D52D6C" w:rsidRDefault="00000000">
      <w:pPr>
        <w:pStyle w:val="ListBullet"/>
      </w:pPr>
      <w:r>
        <w:t>memory_limit (MB) — how much memory a single PHP process may use.</w:t>
      </w:r>
    </w:p>
    <w:p w14:paraId="2FBA2BD9" w14:textId="77777777" w:rsidR="00D52D6C" w:rsidRDefault="00000000">
      <w:pPr>
        <w:pStyle w:val="ListBullet"/>
      </w:pPr>
      <w:r>
        <w:t>post_max_size (MB) — the maximum size of any single form submission, including file uploads.</w:t>
      </w:r>
    </w:p>
    <w:p w14:paraId="1430EC4A" w14:textId="77777777" w:rsidR="00D52D6C" w:rsidRDefault="00000000">
      <w:pPr>
        <w:pStyle w:val="ListBullet"/>
      </w:pPr>
      <w:r>
        <w:t>upload_max_filesize (MB) — the maximum size of a single uploaded file.</w:t>
      </w:r>
    </w:p>
    <w:p w14:paraId="33E59F29" w14:textId="77777777" w:rsidR="00D52D6C" w:rsidRDefault="00000000">
      <w:pPr>
        <w:pStyle w:val="ListBullet"/>
      </w:pPr>
      <w:r>
        <w:t>session.gc_maxlifetime (seconds) — how long a logged-in session stays valid before it may be cleared.</w:t>
      </w:r>
    </w:p>
    <w:p w14:paraId="0B17BE4A" w14:textId="77777777" w:rsidR="00D52D6C" w:rsidRDefault="00000000">
      <w:r>
        <w:t>Each field shows the allowed range directly underneath it — the minimum and maximum you can set. The maximum is capped based on your plan, since these settings affect your own server's real, physical resources:</w:t>
      </w:r>
    </w:p>
    <w:tbl>
      <w:tblPr>
        <w:tblStyle w:val="LightGrid-Accent1"/>
        <w:tblW w:w="0" w:type="auto"/>
        <w:tblLook w:val="04A0" w:firstRow="1" w:lastRow="0" w:firstColumn="1" w:lastColumn="0" w:noHBand="0" w:noVBand="1"/>
      </w:tblPr>
      <w:tblGrid>
        <w:gridCol w:w="2160"/>
        <w:gridCol w:w="2160"/>
        <w:gridCol w:w="2160"/>
        <w:gridCol w:w="2160"/>
      </w:tblGrid>
      <w:tr w:rsidR="00D52D6C" w14:paraId="7C0E1A18" w14:textId="77777777" w:rsidTr="00D52D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8EBE0EB" w14:textId="77777777" w:rsidR="00D52D6C" w:rsidRDefault="00000000">
            <w:r>
              <w:rPr>
                <w:sz w:val="20"/>
              </w:rPr>
              <w:t>Plan</w:t>
            </w:r>
          </w:p>
        </w:tc>
        <w:tc>
          <w:tcPr>
            <w:tcW w:w="2160" w:type="dxa"/>
          </w:tcPr>
          <w:p w14:paraId="7C206E82" w14:textId="77777777" w:rsidR="00D52D6C" w:rsidRDefault="00000000">
            <w:pPr>
              <w:cnfStyle w:val="100000000000" w:firstRow="1" w:lastRow="0" w:firstColumn="0" w:lastColumn="0" w:oddVBand="0" w:evenVBand="0" w:oddHBand="0" w:evenHBand="0" w:firstRowFirstColumn="0" w:firstRowLastColumn="0" w:lastRowFirstColumn="0" w:lastRowLastColumn="0"/>
            </w:pPr>
            <w:r>
              <w:rPr>
                <w:sz w:val="20"/>
              </w:rPr>
              <w:t>memory_limit</w:t>
            </w:r>
          </w:p>
        </w:tc>
        <w:tc>
          <w:tcPr>
            <w:tcW w:w="2160" w:type="dxa"/>
          </w:tcPr>
          <w:p w14:paraId="033C7AF3" w14:textId="77777777" w:rsidR="00D52D6C" w:rsidRDefault="00000000">
            <w:pPr>
              <w:cnfStyle w:val="100000000000" w:firstRow="1" w:lastRow="0" w:firstColumn="0" w:lastColumn="0" w:oddVBand="0" w:evenVBand="0" w:oddHBand="0" w:evenHBand="0" w:firstRowFirstColumn="0" w:firstRowLastColumn="0" w:lastRowFirstColumn="0" w:lastRowLastColumn="0"/>
            </w:pPr>
            <w:r>
              <w:rPr>
                <w:sz w:val="20"/>
              </w:rPr>
              <w:t>post_max_size</w:t>
            </w:r>
          </w:p>
        </w:tc>
        <w:tc>
          <w:tcPr>
            <w:tcW w:w="2160" w:type="dxa"/>
          </w:tcPr>
          <w:p w14:paraId="42456A5C" w14:textId="77777777" w:rsidR="00D52D6C" w:rsidRDefault="00000000">
            <w:pPr>
              <w:cnfStyle w:val="100000000000" w:firstRow="1" w:lastRow="0" w:firstColumn="0" w:lastColumn="0" w:oddVBand="0" w:evenVBand="0" w:oddHBand="0" w:evenHBand="0" w:firstRowFirstColumn="0" w:firstRowLastColumn="0" w:lastRowFirstColumn="0" w:lastRowLastColumn="0"/>
            </w:pPr>
            <w:r>
              <w:rPr>
                <w:sz w:val="20"/>
              </w:rPr>
              <w:t>upload_max_filesize</w:t>
            </w:r>
          </w:p>
        </w:tc>
      </w:tr>
      <w:tr w:rsidR="00D52D6C" w14:paraId="3FB8FD54" w14:textId="77777777" w:rsidTr="00D52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40C1749" w14:textId="77777777" w:rsidR="00D52D6C" w:rsidRDefault="00000000">
            <w:r>
              <w:rPr>
                <w:sz w:val="20"/>
              </w:rPr>
              <w:t>Basic</w:t>
            </w:r>
          </w:p>
        </w:tc>
        <w:tc>
          <w:tcPr>
            <w:tcW w:w="2160" w:type="dxa"/>
          </w:tcPr>
          <w:p w14:paraId="1EE61C12"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1024 MB</w:t>
            </w:r>
          </w:p>
        </w:tc>
        <w:tc>
          <w:tcPr>
            <w:tcW w:w="2160" w:type="dxa"/>
          </w:tcPr>
          <w:p w14:paraId="7CCF9C20"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512 MB</w:t>
            </w:r>
          </w:p>
        </w:tc>
        <w:tc>
          <w:tcPr>
            <w:tcW w:w="2160" w:type="dxa"/>
          </w:tcPr>
          <w:p w14:paraId="43A583AB"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512 MB</w:t>
            </w:r>
          </w:p>
        </w:tc>
      </w:tr>
      <w:tr w:rsidR="00D52D6C" w14:paraId="28B0D743" w14:textId="77777777" w:rsidTr="00D52D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6DB60EC" w14:textId="77777777" w:rsidR="00D52D6C" w:rsidRDefault="00000000">
            <w:r>
              <w:rPr>
                <w:sz w:val="20"/>
              </w:rPr>
              <w:t>Standard</w:t>
            </w:r>
          </w:p>
        </w:tc>
        <w:tc>
          <w:tcPr>
            <w:tcW w:w="2160" w:type="dxa"/>
          </w:tcPr>
          <w:p w14:paraId="19221CAC" w14:textId="77777777" w:rsidR="00D52D6C" w:rsidRDefault="00000000">
            <w:pPr>
              <w:cnfStyle w:val="000000010000" w:firstRow="0" w:lastRow="0" w:firstColumn="0" w:lastColumn="0" w:oddVBand="0" w:evenVBand="0" w:oddHBand="0" w:evenHBand="1" w:firstRowFirstColumn="0" w:firstRowLastColumn="0" w:lastRowFirstColumn="0" w:lastRowLastColumn="0"/>
            </w:pPr>
            <w:r>
              <w:rPr>
                <w:sz w:val="20"/>
              </w:rPr>
              <w:t>up to 2048 MB</w:t>
            </w:r>
          </w:p>
        </w:tc>
        <w:tc>
          <w:tcPr>
            <w:tcW w:w="2160" w:type="dxa"/>
          </w:tcPr>
          <w:p w14:paraId="4CB2AB48" w14:textId="77777777" w:rsidR="00D52D6C" w:rsidRDefault="00000000">
            <w:pPr>
              <w:cnfStyle w:val="000000010000" w:firstRow="0" w:lastRow="0" w:firstColumn="0" w:lastColumn="0" w:oddVBand="0" w:evenVBand="0" w:oddHBand="0" w:evenHBand="1" w:firstRowFirstColumn="0" w:firstRowLastColumn="0" w:lastRowFirstColumn="0" w:lastRowLastColumn="0"/>
            </w:pPr>
            <w:r>
              <w:rPr>
                <w:sz w:val="20"/>
              </w:rPr>
              <w:t>up to 1024 MB</w:t>
            </w:r>
          </w:p>
        </w:tc>
        <w:tc>
          <w:tcPr>
            <w:tcW w:w="2160" w:type="dxa"/>
          </w:tcPr>
          <w:p w14:paraId="7D61B6DA" w14:textId="77777777" w:rsidR="00D52D6C" w:rsidRDefault="00000000">
            <w:pPr>
              <w:cnfStyle w:val="000000010000" w:firstRow="0" w:lastRow="0" w:firstColumn="0" w:lastColumn="0" w:oddVBand="0" w:evenVBand="0" w:oddHBand="0" w:evenHBand="1" w:firstRowFirstColumn="0" w:firstRowLastColumn="0" w:lastRowFirstColumn="0" w:lastRowLastColumn="0"/>
            </w:pPr>
            <w:r>
              <w:rPr>
                <w:sz w:val="20"/>
              </w:rPr>
              <w:t>up to 1024 MB</w:t>
            </w:r>
          </w:p>
        </w:tc>
      </w:tr>
      <w:tr w:rsidR="00D52D6C" w14:paraId="7827AA1F" w14:textId="77777777" w:rsidTr="00D52D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33EE7CE" w14:textId="77777777" w:rsidR="00D52D6C" w:rsidRDefault="00000000">
            <w:r>
              <w:rPr>
                <w:sz w:val="20"/>
              </w:rPr>
              <w:t>Premium</w:t>
            </w:r>
          </w:p>
        </w:tc>
        <w:tc>
          <w:tcPr>
            <w:tcW w:w="2160" w:type="dxa"/>
          </w:tcPr>
          <w:p w14:paraId="3F4F81BC"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4096 MB</w:t>
            </w:r>
          </w:p>
        </w:tc>
        <w:tc>
          <w:tcPr>
            <w:tcW w:w="2160" w:type="dxa"/>
          </w:tcPr>
          <w:p w14:paraId="6830D01A"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2048 MB</w:t>
            </w:r>
          </w:p>
        </w:tc>
        <w:tc>
          <w:tcPr>
            <w:tcW w:w="2160" w:type="dxa"/>
          </w:tcPr>
          <w:p w14:paraId="33AC683D" w14:textId="77777777" w:rsidR="00D52D6C" w:rsidRDefault="00000000">
            <w:pPr>
              <w:cnfStyle w:val="000000100000" w:firstRow="0" w:lastRow="0" w:firstColumn="0" w:lastColumn="0" w:oddVBand="0" w:evenVBand="0" w:oddHBand="1" w:evenHBand="0" w:firstRowFirstColumn="0" w:firstRowLastColumn="0" w:lastRowFirstColumn="0" w:lastRowLastColumn="0"/>
            </w:pPr>
            <w:r>
              <w:rPr>
                <w:sz w:val="20"/>
              </w:rPr>
              <w:t>up to 2048 MB</w:t>
            </w:r>
          </w:p>
        </w:tc>
      </w:tr>
    </w:tbl>
    <w:p w14:paraId="24B66FC8" w14:textId="77777777" w:rsidR="00D52D6C" w:rsidRDefault="00D52D6C"/>
    <w:p w14:paraId="05EB23B3" w14:textId="77777777" w:rsidR="00D52D6C" w:rsidRDefault="00000000">
      <w:r>
        <w:rPr>
          <w:i/>
          <w:color w:val="555555"/>
        </w:rPr>
        <w:t>Note: There is no “unlimited” option, on purpose. Your account has its own dedicated server, so a PHP process with no ceiling could use up all of that server's memory — which would slow down or crash your entire site (including your database), not just the one request. If you consistently need more than your plan allows, consider upgrading your plan.</w:t>
      </w:r>
    </w:p>
    <w:p w14:paraId="28C54DEA" w14:textId="77777777" w:rsidR="00D52D6C" w:rsidRDefault="00000000">
      <w:r>
        <w:br w:type="page"/>
      </w:r>
    </w:p>
    <w:p w14:paraId="344AD337" w14:textId="77777777" w:rsidR="00D52D6C" w:rsidRDefault="00000000">
      <w:pPr>
        <w:pStyle w:val="Heading1"/>
      </w:pPr>
      <w:r>
        <w:lastRenderedPageBreak/>
        <w:t>11. Deployment (Staging)</w:t>
      </w:r>
    </w:p>
    <w:p w14:paraId="3595AA37" w14:textId="77777777" w:rsidR="00D52D6C" w:rsidRDefault="00000000">
      <w:r>
        <w:t>Staging gives you a second, completely independent copy of your site — its own files, own database, own address — for testing changes safely before they go live.</w:t>
      </w:r>
    </w:p>
    <w:p w14:paraId="49AFD386" w14:textId="77777777" w:rsidR="00D52D6C" w:rsidRDefault="00000000">
      <w:r>
        <w:rPr>
          <w:i/>
          <w:color w:val="555555"/>
        </w:rPr>
        <w:t>Note: Staging is included on Standard and Premium plans. On Basic, this page shows an upgrade prompt instead.</w:t>
      </w:r>
    </w:p>
    <w:p w14:paraId="7952A9D2" w14:textId="77777777" w:rsidR="00D52D6C" w:rsidRDefault="00000000">
      <w:r>
        <w:t>Click Create staging site to provision it. Once ready, you'll see its address here, along with a note that you can point a custom domain at staging instead of production from the Domains page.</w:t>
      </w:r>
    </w:p>
    <w:p w14:paraId="7349DDF0" w14:textId="77777777" w:rsidR="00D52D6C" w:rsidRDefault="00000000">
      <w:r>
        <w:rPr>
          <w:i/>
          <w:color w:val="555555"/>
        </w:rPr>
        <w:t>Note: Production and staging never automatically sync in either direction — there is no “push to production” or “pull from production” button. Changes you make on one never appear on the other unless you make them yourself on both.</w:t>
      </w:r>
    </w:p>
    <w:p w14:paraId="73D43BBE" w14:textId="77777777" w:rsidR="00D52D6C" w:rsidRDefault="00000000">
      <w:r>
        <w:br w:type="page"/>
      </w:r>
    </w:p>
    <w:p w14:paraId="3004D618" w14:textId="77777777" w:rsidR="00D52D6C" w:rsidRDefault="00000000">
      <w:pPr>
        <w:pStyle w:val="Heading1"/>
      </w:pPr>
      <w:r>
        <w:lastRenderedPageBreak/>
        <w:t>12. Email</w:t>
      </w:r>
    </w:p>
    <w:p w14:paraId="44962A1D" w14:textId="77777777" w:rsidR="00D52D6C" w:rsidRDefault="00000000">
      <w:r>
        <w:t>Configures WordPress to send its emails (password resets, WooCommerce order receipts, contact form notifications, etc.) from your own domain, instead of a generic address that's more likely to be marked as spam.</w:t>
      </w:r>
    </w:p>
    <w:p w14:paraId="4FDA7ABE" w14:textId="77777777" w:rsidR="00D52D6C" w:rsidRDefault="00000000">
      <w:r>
        <w:t>You'll need a verified custom domain first (see Domains). Click Set up email sending to configure DKIM signing, then add the TXT DNS records shown on the page to your domain.</w:t>
      </w:r>
    </w:p>
    <w:p w14:paraId="0BA3AD8F" w14:textId="77777777" w:rsidR="00D52D6C" w:rsidRDefault="00000000">
      <w:r>
        <w:rPr>
          <w:i/>
          <w:color w:val="555555"/>
        </w:rPr>
        <w:t>Note: Some networks block outbound email on port 25 by default. If mail still isn't arriving after setup, contact support.</w:t>
      </w:r>
    </w:p>
    <w:p w14:paraId="2145F4F5" w14:textId="77777777" w:rsidR="00D52D6C" w:rsidRDefault="00000000">
      <w:r>
        <w:br w:type="page"/>
      </w:r>
    </w:p>
    <w:p w14:paraId="13D322B7" w14:textId="77777777" w:rsidR="00D52D6C" w:rsidRDefault="00000000">
      <w:pPr>
        <w:pStyle w:val="Heading1"/>
      </w:pPr>
      <w:r>
        <w:lastRenderedPageBreak/>
        <w:t>13. Backups</w:t>
      </w:r>
    </w:p>
    <w:p w14:paraId="25E77370" w14:textId="77777777" w:rsidR="00D52D6C" w:rsidRDefault="00000000">
      <w:r>
        <w:t>WordPress-level backups — your site's files and database — stored safely off-server.</w:t>
      </w:r>
    </w:p>
    <w:p w14:paraId="3B4468ED" w14:textId="77777777" w:rsidR="00D52D6C" w:rsidRDefault="00000000">
      <w:pPr>
        <w:pStyle w:val="ListBullet"/>
      </w:pPr>
      <w:r>
        <w:t>A usage bar shows how many backups you've used against your plan's monthly limit.</w:t>
      </w:r>
    </w:p>
    <w:p w14:paraId="4A7A32C0" w14:textId="77777777" w:rsidR="00D52D6C" w:rsidRDefault="00000000">
      <w:pPr>
        <w:pStyle w:val="ListBullet"/>
      </w:pPr>
      <w:r>
        <w:t>Click Back up now to take one manually (disabled once you've hit your monthly limit).</w:t>
      </w:r>
    </w:p>
    <w:p w14:paraId="4CF9C3BF" w14:textId="77777777" w:rsidR="00D52D6C" w:rsidRDefault="00000000">
      <w:pPr>
        <w:pStyle w:val="ListBullet"/>
      </w:pPr>
      <w:r>
        <w:t>The backup list shows the type (Automatic, Manual, Pre-update, or Pre-termination), size, status, and confirms each one is safely stored off-site.</w:t>
      </w:r>
    </w:p>
    <w:p w14:paraId="24D7419E" w14:textId="77777777" w:rsidR="00D52D6C" w:rsidRDefault="00000000">
      <w:pPr>
        <w:pStyle w:val="ListBullet"/>
      </w:pPr>
      <w:r>
        <w:t>Download a backup, or Restore it — restoring asks you to confirm first, since it overwrites your current site.</w:t>
      </w:r>
    </w:p>
    <w:p w14:paraId="70FD0BF5" w14:textId="77777777" w:rsidR="00D52D6C" w:rsidRDefault="00000000">
      <w:r>
        <w:br w:type="page"/>
      </w:r>
    </w:p>
    <w:p w14:paraId="36C0B3BC" w14:textId="77777777" w:rsidR="00D52D6C" w:rsidRDefault="00000000">
      <w:pPr>
        <w:pStyle w:val="Heading1"/>
      </w:pPr>
      <w:r>
        <w:lastRenderedPageBreak/>
        <w:t>14. Snapshots</w:t>
      </w:r>
    </w:p>
    <w:p w14:paraId="19BC0559" w14:textId="77777777" w:rsidR="00D52D6C" w:rsidRDefault="00000000">
      <w:r>
        <w:t>Snapshots are different from Backups: a snapshot is a complete image of your entire server, not just your WordPress files and database.</w:t>
      </w:r>
    </w:p>
    <w:p w14:paraId="5D25D6D6" w14:textId="77777777" w:rsidR="00D52D6C" w:rsidRDefault="00000000">
      <w:pPr>
        <w:pStyle w:val="ListBullet"/>
      </w:pPr>
      <w:r>
        <w:t>Click Create snapshot to take one.</w:t>
      </w:r>
    </w:p>
    <w:p w14:paraId="0FAFAFBB" w14:textId="77777777" w:rsidR="00D52D6C" w:rsidRDefault="00000000">
      <w:pPr>
        <w:pStyle w:val="ListBullet"/>
      </w:pPr>
      <w:r>
        <w:t>Restoring a snapshot replaces your entire server — you'll be warned clearly before this happens.</w:t>
      </w:r>
    </w:p>
    <w:p w14:paraId="61F54032" w14:textId="77777777" w:rsidR="00D52D6C" w:rsidRDefault="00000000">
      <w:pPr>
        <w:pStyle w:val="ListBullet"/>
      </w:pPr>
      <w:r>
        <w:t>Snapshots can also be deleted once you no longer need them.</w:t>
      </w:r>
    </w:p>
    <w:p w14:paraId="18AC9EE6" w14:textId="77777777" w:rsidR="00D52D6C" w:rsidRDefault="00000000">
      <w:r>
        <w:br w:type="page"/>
      </w:r>
    </w:p>
    <w:p w14:paraId="3158A423" w14:textId="77777777" w:rsidR="00D52D6C" w:rsidRDefault="00000000">
      <w:pPr>
        <w:pStyle w:val="Heading1"/>
      </w:pPr>
      <w:r>
        <w:lastRenderedPageBreak/>
        <w:t>15. Terminal</w:t>
      </w:r>
    </w:p>
    <w:p w14:paraId="309DB09A" w14:textId="77777777" w:rsidR="00D52D6C" w:rsidRDefault="00000000">
      <w:r>
        <w:t>This isn't a full command-line shell — it's a curated set of safe, read-only diagnostics you can run without any technical risk:</w:t>
      </w:r>
    </w:p>
    <w:p w14:paraId="2C8CCE47" w14:textId="77777777" w:rsidR="00D52D6C" w:rsidRDefault="00000000">
      <w:pPr>
        <w:pStyle w:val="ListBullet"/>
      </w:pPr>
      <w:r>
        <w:t>Disk usage</w:t>
      </w:r>
    </w:p>
    <w:p w14:paraId="30D23477" w14:textId="77777777" w:rsidR="00D52D6C" w:rsidRDefault="00000000">
      <w:pPr>
        <w:pStyle w:val="ListBullet"/>
      </w:pPr>
      <w:r>
        <w:t>List running processes</w:t>
      </w:r>
    </w:p>
    <w:p w14:paraId="0B337554" w14:textId="77777777" w:rsidR="00D52D6C" w:rsidRDefault="00000000">
      <w:pPr>
        <w:pStyle w:val="ListBullet"/>
      </w:pPr>
      <w:r>
        <w:t>Check DNS (hosts file)</w:t>
      </w:r>
    </w:p>
    <w:p w14:paraId="5028BE8D" w14:textId="77777777" w:rsidR="00D52D6C" w:rsidRDefault="00000000">
      <w:pPr>
        <w:pStyle w:val="ListBullet"/>
      </w:pPr>
      <w:r>
        <w:t>Server uptime</w:t>
      </w:r>
    </w:p>
    <w:p w14:paraId="4623196A" w14:textId="77777777" w:rsidR="00D52D6C" w:rsidRDefault="00000000">
      <w:pPr>
        <w:pStyle w:val="ListBullet"/>
      </w:pPr>
      <w:r>
        <w:t>List scheduled WP-Cron events</w:t>
      </w:r>
    </w:p>
    <w:p w14:paraId="4B92CA74" w14:textId="77777777" w:rsidR="00D52D6C" w:rsidRDefault="00000000">
      <w:r>
        <w:br w:type="page"/>
      </w:r>
    </w:p>
    <w:p w14:paraId="596DA0E7" w14:textId="77777777" w:rsidR="00D52D6C" w:rsidRDefault="00000000">
      <w:pPr>
        <w:pStyle w:val="Heading1"/>
      </w:pPr>
      <w:r>
        <w:lastRenderedPageBreak/>
        <w:t>16. File Manager</w:t>
      </w:r>
    </w:p>
    <w:p w14:paraId="5DC292CF" w14:textId="77777777" w:rsidR="00D52D6C" w:rsidRDefault="00000000">
      <w:r>
        <w:t>Browse, edit, upload, and download the files on your live site directly from your browser — no FTP client needed.</w:t>
      </w:r>
    </w:p>
    <w:p w14:paraId="0C8707B0" w14:textId="77777777" w:rsidR="00D52D6C" w:rsidRDefault="00000000">
      <w:pPr>
        <w:pStyle w:val="ListBullet"/>
      </w:pPr>
      <w:r>
        <w:t>Upload single files or entire folders.</w:t>
      </w:r>
    </w:p>
    <w:p w14:paraId="333EA169" w14:textId="77777777" w:rsidR="00D52D6C" w:rsidRDefault="00000000">
      <w:pPr>
        <w:pStyle w:val="ListBullet"/>
      </w:pPr>
      <w:r>
        <w:t>Edit text-based files directly in the browser.</w:t>
      </w:r>
    </w:p>
    <w:p w14:paraId="04C31503" w14:textId="77777777" w:rsidR="00D52D6C" w:rsidRDefault="00000000">
      <w:pPr>
        <w:pStyle w:val="ListBullet"/>
      </w:pPr>
      <w:r>
        <w:t>Delete files or folders (asks for confirmation first).</w:t>
      </w:r>
    </w:p>
    <w:p w14:paraId="4B09BBBA" w14:textId="77777777" w:rsidR="00D52D6C" w:rsidRDefault="00000000">
      <w:pPr>
        <w:pStyle w:val="ListBullet"/>
      </w:pPr>
      <w:r>
        <w:t>Download any file or folder back to your computer.</w:t>
      </w:r>
    </w:p>
    <w:p w14:paraId="4F73ABC8" w14:textId="77777777" w:rsidR="00D52D6C" w:rsidRDefault="00000000">
      <w:r>
        <w:br w:type="page"/>
      </w:r>
    </w:p>
    <w:p w14:paraId="2391F000" w14:textId="77777777" w:rsidR="00D52D6C" w:rsidRDefault="00000000">
      <w:pPr>
        <w:pStyle w:val="Heading1"/>
      </w:pPr>
      <w:r>
        <w:lastRenderedPageBreak/>
        <w:t>17. Metrics</w:t>
      </w:r>
    </w:p>
    <w:p w14:paraId="30B0E965" w14:textId="77777777" w:rsidR="00D52D6C" w:rsidRDefault="00000000">
      <w:r>
        <w:t>A live snapshot of your server's current health: load average, memory usage, and disk usage.</w:t>
      </w:r>
    </w:p>
    <w:p w14:paraId="0DF6A6C7" w14:textId="77777777" w:rsidR="00D52D6C" w:rsidRDefault="00000000">
      <w:r>
        <w:t>Also shows visitor statistics pulled from your site's access log: unique visitors, total requests, how many were successful versus errors, and your most-visited pages. This resets daily as the log rotates.</w:t>
      </w:r>
    </w:p>
    <w:p w14:paraId="4A68E706" w14:textId="77777777" w:rsidR="00D52D6C" w:rsidRDefault="00000000">
      <w:r>
        <w:br w:type="page"/>
      </w:r>
    </w:p>
    <w:p w14:paraId="3573BD01" w14:textId="77777777" w:rsidR="00D52D6C" w:rsidRDefault="00000000">
      <w:pPr>
        <w:pStyle w:val="Heading1"/>
      </w:pPr>
      <w:r>
        <w:lastRenderedPageBreak/>
        <w:t>18. Logs</w:t>
      </w:r>
    </w:p>
    <w:p w14:paraId="34269173" w14:textId="77777777" w:rsidR="00D52D6C" w:rsidRDefault="00000000">
      <w:r>
        <w:t>Four tabs of real, live log output, each auto-refreshing every few seconds while the page is open:</w:t>
      </w:r>
    </w:p>
    <w:p w14:paraId="46A6CA8F" w14:textId="77777777" w:rsidR="00D52D6C" w:rsidRDefault="00000000">
      <w:pPr>
        <w:pStyle w:val="ListBullet"/>
      </w:pPr>
      <w:r>
        <w:t>Nginx access log</w:t>
      </w:r>
    </w:p>
    <w:p w14:paraId="07B5AB5E" w14:textId="77777777" w:rsidR="00D52D6C" w:rsidRDefault="00000000">
      <w:pPr>
        <w:pStyle w:val="ListBullet"/>
      </w:pPr>
      <w:r>
        <w:t>Nginx error log</w:t>
      </w:r>
    </w:p>
    <w:p w14:paraId="5F7BD956" w14:textId="77777777" w:rsidR="00D52D6C" w:rsidRDefault="00000000">
      <w:pPr>
        <w:pStyle w:val="ListBullet"/>
      </w:pPr>
      <w:r>
        <w:t>PHP-FPM error log</w:t>
      </w:r>
    </w:p>
    <w:p w14:paraId="2D4DAE2E" w14:textId="77777777" w:rsidR="00D52D6C" w:rsidRDefault="00000000">
      <w:pPr>
        <w:pStyle w:val="ListBullet"/>
      </w:pPr>
      <w:r>
        <w:t>WordPress debug log</w:t>
      </w:r>
    </w:p>
    <w:p w14:paraId="181FF0CE" w14:textId="77777777" w:rsidR="00D52D6C" w:rsidRDefault="00000000">
      <w:r>
        <w:t>Useful for a developer diagnosing an issue in real time.</w:t>
      </w:r>
    </w:p>
    <w:p w14:paraId="1C65DD5D" w14:textId="77777777" w:rsidR="00D52D6C" w:rsidRDefault="00000000">
      <w:r>
        <w:br w:type="page"/>
      </w:r>
    </w:p>
    <w:p w14:paraId="0AE9FA0D" w14:textId="77777777" w:rsidR="00D52D6C" w:rsidRDefault="00000000">
      <w:pPr>
        <w:pStyle w:val="Heading1"/>
      </w:pPr>
      <w:r>
        <w:lastRenderedPageBreak/>
        <w:t>19. Notifications</w:t>
      </w:r>
    </w:p>
    <w:p w14:paraId="4D2A8037" w14:textId="77777777" w:rsidR="00D52D6C" w:rsidRDefault="00000000">
      <w:r>
        <w:t>Alerts about things that happen on your account automatically — backup results, SSL certificate renewals, and usage warnings.</w:t>
      </w:r>
    </w:p>
    <w:p w14:paraId="7285A05C" w14:textId="77777777" w:rsidR="00D52D6C" w:rsidRDefault="00000000">
      <w:r>
        <w:br w:type="page"/>
      </w:r>
    </w:p>
    <w:p w14:paraId="0B65D639" w14:textId="77777777" w:rsidR="00D52D6C" w:rsidRDefault="00000000">
      <w:pPr>
        <w:pStyle w:val="Heading1"/>
      </w:pPr>
      <w:r>
        <w:lastRenderedPageBreak/>
        <w:t>20. Users (Team Members)</w:t>
      </w:r>
    </w:p>
    <w:p w14:paraId="5CD7F24A" w14:textId="77777777" w:rsidR="00D52D6C" w:rsidRDefault="00000000">
      <w:r>
        <w:t>Only the account owner can access this page.</w:t>
      </w:r>
    </w:p>
    <w:p w14:paraId="6376F9D1" w14:textId="77777777" w:rsidR="00D52D6C" w:rsidRDefault="00000000">
      <w:pPr>
        <w:pStyle w:val="ListBullet"/>
      </w:pPr>
      <w:r>
        <w:t>Invite someone by email and assign them a role: Owner, Developer, or Support (view-only).</w:t>
      </w:r>
    </w:p>
    <w:p w14:paraId="665AA735" w14:textId="77777777" w:rsidR="00D52D6C" w:rsidRDefault="00000000">
      <w:pPr>
        <w:pStyle w:val="ListBullet"/>
      </w:pPr>
      <w:r>
        <w:t>The table shows each member's role and whether their invite is still pending or already accepted.</w:t>
      </w:r>
    </w:p>
    <w:p w14:paraId="3ECD85C1" w14:textId="77777777" w:rsidR="00D52D6C" w:rsidRDefault="00000000">
      <w:pPr>
        <w:pStyle w:val="ListBullet"/>
      </w:pPr>
      <w:r>
        <w:t>The owner can revoke a team member's access at any time.</w:t>
      </w:r>
    </w:p>
    <w:p w14:paraId="6D910D5C" w14:textId="77777777" w:rsidR="00D52D6C" w:rsidRDefault="00000000">
      <w:r>
        <w:br w:type="page"/>
      </w:r>
    </w:p>
    <w:p w14:paraId="70BA70DD" w14:textId="77777777" w:rsidR="00D52D6C" w:rsidRDefault="00000000">
      <w:pPr>
        <w:pStyle w:val="Heading1"/>
      </w:pPr>
      <w:r>
        <w:lastRenderedPageBreak/>
        <w:t>21. Audit Logs</w:t>
      </w:r>
    </w:p>
    <w:p w14:paraId="3B88C499" w14:textId="77777777" w:rsidR="00D52D6C" w:rsidRDefault="00000000">
      <w:r>
        <w:t>A complete history of every action taken on your account — whether by you, an invited team member, or hosting support staff helping with a ticket.</w:t>
      </w:r>
    </w:p>
    <w:p w14:paraId="08EAF43B" w14:textId="77777777" w:rsidR="00D52D6C" w:rsidRDefault="00000000">
      <w:r>
        <w:br w:type="page"/>
      </w:r>
    </w:p>
    <w:p w14:paraId="38A83C53" w14:textId="77777777" w:rsidR="00D52D6C" w:rsidRDefault="00000000">
      <w:pPr>
        <w:pStyle w:val="Heading1"/>
      </w:pPr>
      <w:r>
        <w:lastRenderedPageBreak/>
        <w:t>22. Frequently Asked Questions</w:t>
      </w:r>
    </w:p>
    <w:p w14:paraId="291EFB2B" w14:textId="77777777" w:rsidR="00D52D6C" w:rsidRDefault="00000000">
      <w:pPr>
        <w:pStyle w:val="Heading3"/>
      </w:pPr>
      <w:r>
        <w:t>A theme/plugin import keeps failing with a timeout or “file too large” error — what do I do?</w:t>
      </w:r>
    </w:p>
    <w:p w14:paraId="2496713F" w14:textId="77777777" w:rsidR="00D52D6C" w:rsidRDefault="00000000">
      <w:r>
        <w:t>Go to Environment → PHP Settings and raise max_execution_time, memory_limit, post_max_size, and upload_max_filesize, then try the import again. See Section 10 for the exact limits for your plan.</w:t>
      </w:r>
    </w:p>
    <w:p w14:paraId="3A834272" w14:textId="77777777" w:rsidR="00D52D6C" w:rsidRDefault="00000000">
      <w:pPr>
        <w:pStyle w:val="Heading3"/>
      </w:pPr>
      <w:r>
        <w:t>I made changes on staging — why don't they show up on my live site?</w:t>
      </w:r>
    </w:p>
    <w:p w14:paraId="5898F0F8" w14:textId="77777777" w:rsidR="00D52D6C" w:rsidRDefault="00000000">
      <w:r>
        <w:t>Production and staging are two completely independent sites by design, with no automatic syncing in either direction. You'll need to make the same change on production yourself, or point a custom domain at staging from the Domains page if you want visitors to see it directly.</w:t>
      </w:r>
    </w:p>
    <w:p w14:paraId="7E6146F6" w14:textId="77777777" w:rsidR="00D52D6C" w:rsidRDefault="00000000">
      <w:pPr>
        <w:pStyle w:val="Heading3"/>
      </w:pPr>
      <w:r>
        <w:t>I forgot my WordPress admin password.</w:t>
      </w:r>
    </w:p>
    <w:p w14:paraId="74EC48A5" w14:textId="77777777" w:rsidR="00D52D6C" w:rsidRDefault="00000000">
      <w:r>
        <w:t>Go to App Service and use the Change password form — no need to know your old password.</w:t>
      </w:r>
    </w:p>
    <w:p w14:paraId="27ABD6C2" w14:textId="77777777" w:rsidR="00D52D6C" w:rsidRDefault="00000000">
      <w:pPr>
        <w:pStyle w:val="Heading3"/>
      </w:pPr>
      <w:r>
        <w:t>How do I move my site to a different domain?</w:t>
      </w:r>
    </w:p>
    <w:p w14:paraId="065A8AD9" w14:textId="77777777" w:rsidR="00D52D6C" w:rsidRDefault="00000000">
      <w:r>
        <w:t>Add the new domain from the Domains page and wait for it to show “SSL issued.” Your old platform subdomain will keep working alongside it.</w:t>
      </w:r>
    </w:p>
    <w:p w14:paraId="5A8D6D6A" w14:textId="77777777" w:rsidR="00D52D6C" w:rsidRDefault="00000000">
      <w:pPr>
        <w:pStyle w:val="Heading3"/>
      </w:pPr>
      <w:r>
        <w:t>What's the difference between a Backup and a Snapshot?</w:t>
      </w:r>
    </w:p>
    <w:p w14:paraId="7EAB5964" w14:textId="77777777" w:rsidR="00D52D6C" w:rsidRDefault="00000000">
      <w:r>
        <w:t>A Backup covers your WordPress files and database only. A Snapshot is a complete image of the entire server. Use Backups for routine, day-to-day recovery; Snapshots for a full server-level safety net.</w:t>
      </w:r>
    </w:p>
    <w:p w14:paraId="0E914206" w14:textId="77777777" w:rsidR="00D52D6C" w:rsidRDefault="00000000">
      <w:r>
        <w:br w:type="page"/>
      </w:r>
    </w:p>
    <w:p w14:paraId="759E9AD8" w14:textId="77777777" w:rsidR="00D52D6C" w:rsidRDefault="00000000">
      <w:pPr>
        <w:pStyle w:val="Heading1"/>
      </w:pPr>
      <w:r>
        <w:lastRenderedPageBreak/>
        <w:t>23. Getting Help</w:t>
      </w:r>
    </w:p>
    <w:p w14:paraId="60A75949" w14:textId="77777777" w:rsidR="00D52D6C" w:rsidRDefault="00000000">
      <w:r>
        <w:t>If you run into anything not covered here, contact your hosting provider's support team with your account's platform subdomain or Service ID, and a description of what you were trying to do.</w:t>
      </w:r>
    </w:p>
    <w:sectPr w:rsidR="00D52D6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2528460">
    <w:abstractNumId w:val="8"/>
  </w:num>
  <w:num w:numId="2" w16cid:durableId="703411258">
    <w:abstractNumId w:val="6"/>
  </w:num>
  <w:num w:numId="3" w16cid:durableId="1221482088">
    <w:abstractNumId w:val="5"/>
  </w:num>
  <w:num w:numId="4" w16cid:durableId="590234402">
    <w:abstractNumId w:val="4"/>
  </w:num>
  <w:num w:numId="5" w16cid:durableId="490217372">
    <w:abstractNumId w:val="7"/>
  </w:num>
  <w:num w:numId="6" w16cid:durableId="182911287">
    <w:abstractNumId w:val="3"/>
  </w:num>
  <w:num w:numId="7" w16cid:durableId="2043049262">
    <w:abstractNumId w:val="2"/>
  </w:num>
  <w:num w:numId="8" w16cid:durableId="467863069">
    <w:abstractNumId w:val="1"/>
  </w:num>
  <w:num w:numId="9" w16cid:durableId="1810323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55BC"/>
    <w:rsid w:val="0029639D"/>
    <w:rsid w:val="00326F90"/>
    <w:rsid w:val="00AA1D8D"/>
    <w:rsid w:val="00B47730"/>
    <w:rsid w:val="00CB0664"/>
    <w:rsid w:val="00D52D6C"/>
    <w:rsid w:val="00E86A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B06C21A-47D6-432D-A5F7-46ADED44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42C25"/>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42C25"/>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42C25"/>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2320</Words>
  <Characters>11951</Characters>
  <Application>Microsoft Office Word</Application>
  <DocSecurity>0</DocSecurity>
  <Lines>323</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Md Raton Islam</cp:lastModifiedBy>
  <cp:revision>2</cp:revision>
  <dcterms:created xsi:type="dcterms:W3CDTF">2013-12-23T23:15:00Z</dcterms:created>
  <dcterms:modified xsi:type="dcterms:W3CDTF">2026-08-01T11:06:00Z</dcterms:modified>
  <cp:category/>
</cp:coreProperties>
</file>